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156"/>
        <w:gridCol w:w="5156"/>
      </w:tblGrid>
      <w:tr w:rsidR="00BA2544" w:rsidRPr="00E3178E" w14:paraId="6AD03AA3" w14:textId="77777777">
        <w:tc>
          <w:tcPr>
            <w:tcW w:w="5156" w:type="dxa"/>
            <w:vAlign w:val="center"/>
          </w:tcPr>
          <w:p w14:paraId="081C8983" w14:textId="43EE3364" w:rsidR="00BA2544" w:rsidRDefault="00E3178E">
            <w:pPr>
              <w:rPr>
                <w:rFonts w:hint="eastAsia"/>
              </w:rPr>
            </w:pPr>
            <w:r>
              <w:rPr>
                <w:noProof/>
                <w:lang w:eastAsia="fr-FR"/>
              </w:rPr>
              <w:drawing>
                <wp:inline distT="0" distB="0" distL="0" distR="0" wp14:anchorId="2436572D" wp14:editId="4C32B9BA">
                  <wp:extent cx="2561897" cy="990600"/>
                  <wp:effectExtent l="0" t="0" r="0" b="0"/>
                  <wp:docPr id="2" name="Image 2" descr="http://mon-intranet/sites/default/files/logo_ap_hm_2020_rv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mon-intranet/sites/default/files/logo_ap_hm_2020_rv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8828" cy="993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56" w:type="dxa"/>
          </w:tcPr>
          <w:p w14:paraId="49D4265B" w14:textId="77777777" w:rsidR="00BA2544" w:rsidRPr="00E3178E" w:rsidRDefault="009B3647">
            <w:pPr>
              <w:jc w:val="right"/>
              <w:rPr>
                <w:rFonts w:hint="eastAsia"/>
                <w:sz w:val="38"/>
                <w:szCs w:val="32"/>
              </w:rPr>
            </w:pPr>
            <w:r w:rsidRPr="00E3178E">
              <w:rPr>
                <w:b/>
                <w:color w:val="2F75B5"/>
                <w:sz w:val="38"/>
                <w:szCs w:val="32"/>
              </w:rPr>
              <w:t>DUODAY 2026</w:t>
            </w:r>
            <w:r w:rsidRPr="00E3178E">
              <w:rPr>
                <w:sz w:val="38"/>
                <w:szCs w:val="32"/>
              </w:rPr>
              <w:br/>
              <w:t>19 NOVEMBRE 2026</w:t>
            </w:r>
          </w:p>
        </w:tc>
      </w:tr>
    </w:tbl>
    <w:p w14:paraId="60956742" w14:textId="256929FF" w:rsidR="00BA2544" w:rsidRPr="00D26C2D" w:rsidRDefault="009B3647" w:rsidP="001B3479">
      <w:pPr>
        <w:jc w:val="center"/>
        <w:rPr>
          <w:rFonts w:ascii="Montserrat" w:hAnsi="Montserrat"/>
          <w:sz w:val="18"/>
          <w:szCs w:val="20"/>
        </w:rPr>
      </w:pPr>
      <w:r w:rsidRPr="00D26C2D">
        <w:rPr>
          <w:rFonts w:ascii="Montserrat" w:hAnsi="Montserrat"/>
          <w:b/>
          <w:color w:val="17365D"/>
          <w:sz w:val="32"/>
          <w:szCs w:val="20"/>
        </w:rPr>
        <w:t xml:space="preserve">FORMULAIRE </w:t>
      </w:r>
      <w:r w:rsidR="000F6997">
        <w:rPr>
          <w:rFonts w:ascii="Montserrat" w:hAnsi="Montserrat"/>
          <w:b/>
          <w:color w:val="17365D"/>
          <w:sz w:val="32"/>
          <w:szCs w:val="20"/>
        </w:rPr>
        <w:t xml:space="preserve">DE PARTICIPATION </w:t>
      </w:r>
    </w:p>
    <w:p w14:paraId="026CD0BE" w14:textId="36EC25C2" w:rsidR="00BA2544" w:rsidRDefault="009B3647" w:rsidP="00E3178E">
      <w:pPr>
        <w:jc w:val="center"/>
        <w:rPr>
          <w:rFonts w:ascii="Montserrat" w:hAnsi="Montserrat"/>
          <w:i/>
        </w:rPr>
      </w:pPr>
      <w:r w:rsidRPr="00D26C2D">
        <w:rPr>
          <w:rFonts w:ascii="Montserrat" w:hAnsi="Montserrat"/>
          <w:i/>
        </w:rPr>
        <w:t xml:space="preserve">À compléter par </w:t>
      </w:r>
      <w:r w:rsidR="000F6997">
        <w:rPr>
          <w:rFonts w:ascii="Montserrat" w:hAnsi="Montserrat"/>
          <w:i/>
        </w:rPr>
        <w:t>le tuteur volontaire, avec validation de</w:t>
      </w:r>
      <w:r w:rsidR="000C2901">
        <w:rPr>
          <w:rFonts w:ascii="Montserrat" w:hAnsi="Montserrat"/>
          <w:i/>
        </w:rPr>
        <w:t xml:space="preserve"> </w:t>
      </w:r>
      <w:r w:rsidR="000F6997">
        <w:rPr>
          <w:rFonts w:ascii="Montserrat" w:hAnsi="Montserrat"/>
          <w:i/>
        </w:rPr>
        <w:t>l’encadrement</w:t>
      </w:r>
      <w:r w:rsidR="000C2901">
        <w:rPr>
          <w:rFonts w:ascii="Montserrat" w:hAnsi="Montserrat"/>
          <w:i/>
        </w:rPr>
        <w:t xml:space="preserve"> </w:t>
      </w:r>
      <w:r w:rsidR="000C2901" w:rsidRPr="000C2901">
        <w:rPr>
          <w:rFonts w:ascii="Montserrat" w:hAnsi="Montserrat"/>
          <w:b/>
          <w:bCs/>
          <w:i/>
          <w:color w:val="FF0000"/>
        </w:rPr>
        <w:t>avant le 7/10/2026</w:t>
      </w:r>
    </w:p>
    <w:p w14:paraId="396C0D1E" w14:textId="77777777" w:rsidR="00D26C2D" w:rsidRPr="00D26C2D" w:rsidRDefault="00D26C2D" w:rsidP="00E3178E">
      <w:pPr>
        <w:jc w:val="center"/>
        <w:rPr>
          <w:rFonts w:ascii="Montserrat" w:hAnsi="Montserrat"/>
        </w:rPr>
      </w:pPr>
    </w:p>
    <w:p w14:paraId="3E2B12C9" w14:textId="5379ABB7" w:rsidR="00E3178E" w:rsidRPr="00D26C2D" w:rsidRDefault="00D26C2D" w:rsidP="00E3178E">
      <w:pPr>
        <w:spacing w:after="0"/>
        <w:rPr>
          <w:rFonts w:ascii="Montserrat" w:hAnsi="Montserrat"/>
        </w:rPr>
      </w:pPr>
      <w:r>
        <w:rPr>
          <w:rFonts w:ascii="Montserrat" w:hAnsi="Montserrat"/>
          <w:b/>
          <w:color w:val="17365D"/>
          <w:sz w:val="21"/>
        </w:rPr>
        <w:t xml:space="preserve">    </w:t>
      </w:r>
      <w:r w:rsidR="00E3178E" w:rsidRPr="00D26C2D">
        <w:rPr>
          <w:rFonts w:ascii="Montserrat" w:hAnsi="Montserrat"/>
          <w:b/>
          <w:color w:val="17365D"/>
          <w:sz w:val="21"/>
        </w:rPr>
        <w:t>L’IMMERSION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5156"/>
        <w:gridCol w:w="5156"/>
      </w:tblGrid>
      <w:tr w:rsidR="00BA2544" w:rsidRPr="00D26C2D" w14:paraId="7902FC98" w14:textId="77777777">
        <w:trPr>
          <w:jc w:val="center"/>
        </w:trPr>
        <w:tc>
          <w:tcPr>
            <w:tcW w:w="5156" w:type="dxa"/>
            <w:shd w:val="clear" w:color="auto" w:fill="EAF2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2822340" w14:textId="36765BAF" w:rsidR="00BA2544" w:rsidRPr="00D26C2D" w:rsidRDefault="009B3647" w:rsidP="00E3178E">
            <w:pPr>
              <w:rPr>
                <w:rFonts w:ascii="Montserrat" w:hAnsi="Montserrat"/>
                <w:sz w:val="16"/>
                <w:szCs w:val="20"/>
              </w:rPr>
            </w:pPr>
            <w:r w:rsidRPr="00D26C2D">
              <w:rPr>
                <w:rFonts w:ascii="Montserrat" w:hAnsi="Montserrat"/>
                <w:b/>
                <w:color w:val="17365D"/>
                <w:sz w:val="16"/>
                <w:szCs w:val="20"/>
              </w:rPr>
              <w:t>S</w:t>
            </w:r>
            <w:r w:rsidR="000F6997">
              <w:rPr>
                <w:rFonts w:ascii="Montserrat" w:hAnsi="Montserrat"/>
                <w:b/>
                <w:color w:val="17365D"/>
                <w:sz w:val="16"/>
                <w:szCs w:val="20"/>
              </w:rPr>
              <w:t>ite</w:t>
            </w:r>
          </w:p>
        </w:tc>
        <w:tc>
          <w:tcPr>
            <w:tcW w:w="515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46409F7" w14:textId="77777777" w:rsidR="00BA2544" w:rsidRDefault="00BA2544" w:rsidP="00E3178E">
            <w:pPr>
              <w:rPr>
                <w:rFonts w:ascii="Montserrat" w:hAnsi="Montserrat"/>
                <w:sz w:val="16"/>
                <w:szCs w:val="20"/>
              </w:rPr>
            </w:pPr>
          </w:p>
          <w:p w14:paraId="258EF969" w14:textId="36E61944" w:rsidR="00FE1C5D" w:rsidRPr="00D26C2D" w:rsidRDefault="00FE1C5D" w:rsidP="00E3178E">
            <w:pPr>
              <w:rPr>
                <w:rFonts w:ascii="Montserrat" w:hAnsi="Montserrat"/>
                <w:sz w:val="16"/>
                <w:szCs w:val="20"/>
              </w:rPr>
            </w:pPr>
          </w:p>
        </w:tc>
      </w:tr>
      <w:tr w:rsidR="00BA2544" w:rsidRPr="00D26C2D" w14:paraId="784EEB55" w14:textId="77777777">
        <w:trPr>
          <w:jc w:val="center"/>
        </w:trPr>
        <w:tc>
          <w:tcPr>
            <w:tcW w:w="5156" w:type="dxa"/>
            <w:shd w:val="clear" w:color="auto" w:fill="EAF2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2A1500E" w14:textId="77777777" w:rsidR="00BA2544" w:rsidRPr="00D26C2D" w:rsidRDefault="009B3647">
            <w:pPr>
              <w:rPr>
                <w:rFonts w:ascii="Montserrat" w:hAnsi="Montserrat"/>
                <w:sz w:val="16"/>
                <w:szCs w:val="20"/>
              </w:rPr>
            </w:pPr>
            <w:r w:rsidRPr="00D26C2D">
              <w:rPr>
                <w:rFonts w:ascii="Montserrat" w:hAnsi="Montserrat"/>
                <w:b/>
                <w:color w:val="17365D"/>
                <w:sz w:val="16"/>
                <w:szCs w:val="20"/>
              </w:rPr>
              <w:t>Pôle / direction</w:t>
            </w:r>
          </w:p>
        </w:tc>
        <w:tc>
          <w:tcPr>
            <w:tcW w:w="515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438CF81" w14:textId="77777777" w:rsidR="00BA2544" w:rsidRDefault="00BA2544">
            <w:pPr>
              <w:rPr>
                <w:rFonts w:ascii="Montserrat" w:hAnsi="Montserrat"/>
                <w:sz w:val="16"/>
                <w:szCs w:val="20"/>
              </w:rPr>
            </w:pPr>
          </w:p>
          <w:p w14:paraId="0188CDE1" w14:textId="7CDF0E69" w:rsidR="00FE1C5D" w:rsidRPr="00D26C2D" w:rsidRDefault="00FE1C5D">
            <w:pPr>
              <w:rPr>
                <w:rFonts w:ascii="Montserrat" w:hAnsi="Montserrat"/>
                <w:sz w:val="16"/>
                <w:szCs w:val="20"/>
              </w:rPr>
            </w:pPr>
          </w:p>
        </w:tc>
      </w:tr>
      <w:tr w:rsidR="00BA2544" w:rsidRPr="00D26C2D" w14:paraId="6E808B6F" w14:textId="77777777">
        <w:trPr>
          <w:jc w:val="center"/>
        </w:trPr>
        <w:tc>
          <w:tcPr>
            <w:tcW w:w="5156" w:type="dxa"/>
            <w:shd w:val="clear" w:color="auto" w:fill="EAF2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6A70E5E" w14:textId="67D4DEC9" w:rsidR="00BA2544" w:rsidRPr="00D26C2D" w:rsidRDefault="000F6997">
            <w:pPr>
              <w:rPr>
                <w:rFonts w:ascii="Montserrat" w:hAnsi="Montserrat"/>
                <w:sz w:val="16"/>
                <w:szCs w:val="20"/>
              </w:rPr>
            </w:pPr>
            <w:r w:rsidRPr="000F6997">
              <w:rPr>
                <w:rFonts w:ascii="Montserrat" w:hAnsi="Montserrat"/>
                <w:b/>
                <w:color w:val="17365D"/>
                <w:sz w:val="16"/>
                <w:szCs w:val="20"/>
              </w:rPr>
              <w:t>Service</w:t>
            </w:r>
          </w:p>
        </w:tc>
        <w:tc>
          <w:tcPr>
            <w:tcW w:w="515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8B391C6" w14:textId="77777777" w:rsidR="00BA2544" w:rsidRDefault="00BA2544">
            <w:pPr>
              <w:rPr>
                <w:rFonts w:ascii="Montserrat" w:hAnsi="Montserrat"/>
                <w:sz w:val="16"/>
                <w:szCs w:val="20"/>
              </w:rPr>
            </w:pPr>
          </w:p>
          <w:p w14:paraId="51DEE192" w14:textId="627D36FE" w:rsidR="00FE1C5D" w:rsidRPr="00D26C2D" w:rsidRDefault="00FE1C5D">
            <w:pPr>
              <w:rPr>
                <w:rFonts w:ascii="Montserrat" w:hAnsi="Montserrat"/>
                <w:sz w:val="16"/>
                <w:szCs w:val="20"/>
              </w:rPr>
            </w:pPr>
          </w:p>
        </w:tc>
      </w:tr>
      <w:tr w:rsidR="00BA2544" w:rsidRPr="00D26C2D" w14:paraId="139AFFCA" w14:textId="77777777">
        <w:trPr>
          <w:jc w:val="center"/>
        </w:trPr>
        <w:tc>
          <w:tcPr>
            <w:tcW w:w="5156" w:type="dxa"/>
            <w:shd w:val="clear" w:color="auto" w:fill="EAF2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47202A8" w14:textId="77777777" w:rsidR="00BA2544" w:rsidRPr="00D26C2D" w:rsidRDefault="009B3647">
            <w:pPr>
              <w:rPr>
                <w:rFonts w:ascii="Montserrat" w:hAnsi="Montserrat"/>
                <w:sz w:val="16"/>
                <w:szCs w:val="20"/>
              </w:rPr>
            </w:pPr>
            <w:r w:rsidRPr="00D26C2D">
              <w:rPr>
                <w:rFonts w:ascii="Montserrat" w:hAnsi="Montserrat"/>
                <w:b/>
                <w:color w:val="17365D"/>
                <w:sz w:val="16"/>
                <w:szCs w:val="20"/>
              </w:rPr>
              <w:t>Lieu précis de l’immersion</w:t>
            </w:r>
          </w:p>
        </w:tc>
        <w:tc>
          <w:tcPr>
            <w:tcW w:w="515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666309D" w14:textId="77777777" w:rsidR="00FE1C5D" w:rsidRDefault="009B3647">
            <w:pPr>
              <w:rPr>
                <w:rFonts w:ascii="Montserrat" w:hAnsi="Montserrat"/>
                <w:sz w:val="16"/>
                <w:szCs w:val="20"/>
              </w:rPr>
            </w:pPr>
            <w:r w:rsidRPr="00D26C2D">
              <w:rPr>
                <w:rFonts w:ascii="Montserrat" w:hAnsi="Montserrat"/>
                <w:sz w:val="16"/>
                <w:szCs w:val="20"/>
              </w:rPr>
              <w:t xml:space="preserve">Bâtiment : </w:t>
            </w:r>
            <w:r w:rsidR="00424019">
              <w:rPr>
                <w:rFonts w:ascii="Montserrat" w:hAnsi="Montserrat"/>
                <w:sz w:val="16"/>
                <w:szCs w:val="20"/>
              </w:rPr>
              <w:t xml:space="preserve">        </w:t>
            </w:r>
          </w:p>
          <w:p w14:paraId="34DCBF13" w14:textId="1FA81ADA" w:rsidR="00BA2544" w:rsidRPr="00D26C2D" w:rsidRDefault="009B3647">
            <w:pPr>
              <w:rPr>
                <w:rFonts w:ascii="Montserrat" w:hAnsi="Montserrat"/>
                <w:sz w:val="16"/>
                <w:szCs w:val="20"/>
              </w:rPr>
            </w:pPr>
            <w:r w:rsidRPr="00D26C2D">
              <w:rPr>
                <w:rFonts w:ascii="Montserrat" w:hAnsi="Montserrat"/>
                <w:sz w:val="16"/>
                <w:szCs w:val="20"/>
              </w:rPr>
              <w:t xml:space="preserve">Étage :  </w:t>
            </w:r>
            <w:r w:rsidR="00424019">
              <w:rPr>
                <w:rFonts w:ascii="Montserrat" w:hAnsi="Montserrat"/>
                <w:sz w:val="16"/>
                <w:szCs w:val="20"/>
              </w:rPr>
              <w:t xml:space="preserve">                 </w:t>
            </w:r>
            <w:r w:rsidRPr="00D26C2D">
              <w:rPr>
                <w:rFonts w:ascii="Montserrat" w:hAnsi="Montserrat"/>
                <w:sz w:val="16"/>
                <w:szCs w:val="20"/>
              </w:rPr>
              <w:t xml:space="preserve"> </w:t>
            </w:r>
          </w:p>
        </w:tc>
      </w:tr>
      <w:tr w:rsidR="00BA2544" w:rsidRPr="00D26C2D" w14:paraId="6E734CE6" w14:textId="77777777">
        <w:trPr>
          <w:jc w:val="center"/>
        </w:trPr>
        <w:tc>
          <w:tcPr>
            <w:tcW w:w="5156" w:type="dxa"/>
            <w:shd w:val="clear" w:color="auto" w:fill="EAF2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C53B197" w14:textId="77777777" w:rsidR="00BA2544" w:rsidRPr="00D26C2D" w:rsidRDefault="009B3647">
            <w:pPr>
              <w:rPr>
                <w:rFonts w:ascii="Montserrat" w:hAnsi="Montserrat"/>
                <w:sz w:val="16"/>
                <w:szCs w:val="20"/>
              </w:rPr>
            </w:pPr>
            <w:r w:rsidRPr="00D26C2D">
              <w:rPr>
                <w:rFonts w:ascii="Montserrat" w:hAnsi="Montserrat"/>
                <w:b/>
                <w:color w:val="17365D"/>
                <w:sz w:val="16"/>
                <w:szCs w:val="20"/>
              </w:rPr>
              <w:t>Adresse du lieu d’accueil</w:t>
            </w:r>
          </w:p>
        </w:tc>
        <w:tc>
          <w:tcPr>
            <w:tcW w:w="515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61D09DD" w14:textId="77777777" w:rsidR="00BA2544" w:rsidRDefault="00BA2544">
            <w:pPr>
              <w:rPr>
                <w:rFonts w:ascii="Montserrat" w:hAnsi="Montserrat"/>
                <w:sz w:val="16"/>
                <w:szCs w:val="20"/>
              </w:rPr>
            </w:pPr>
          </w:p>
          <w:p w14:paraId="71D0B316" w14:textId="2963D632" w:rsidR="00FE1C5D" w:rsidRPr="00D26C2D" w:rsidRDefault="00FE1C5D">
            <w:pPr>
              <w:rPr>
                <w:rFonts w:ascii="Montserrat" w:hAnsi="Montserrat"/>
                <w:sz w:val="16"/>
                <w:szCs w:val="20"/>
              </w:rPr>
            </w:pPr>
          </w:p>
        </w:tc>
      </w:tr>
    </w:tbl>
    <w:p w14:paraId="555F0B64" w14:textId="3A44D11F" w:rsidR="00E3178E" w:rsidRPr="00D26C2D" w:rsidRDefault="00E3178E">
      <w:pPr>
        <w:spacing w:after="40"/>
        <w:rPr>
          <w:rFonts w:ascii="Montserrat" w:hAnsi="Montserrat"/>
        </w:rPr>
      </w:pPr>
    </w:p>
    <w:p w14:paraId="2280DCAF" w14:textId="1D2034AA" w:rsidR="001B3479" w:rsidRPr="00D26C2D" w:rsidRDefault="00D26C2D" w:rsidP="001B3479">
      <w:pPr>
        <w:spacing w:after="40"/>
        <w:rPr>
          <w:rFonts w:ascii="Montserrat" w:hAnsi="Montserrat"/>
        </w:rPr>
      </w:pPr>
      <w:r>
        <w:rPr>
          <w:rFonts w:ascii="Montserrat" w:hAnsi="Montserrat"/>
          <w:b/>
          <w:color w:val="17365D"/>
          <w:sz w:val="21"/>
        </w:rPr>
        <w:t xml:space="preserve">   </w:t>
      </w:r>
      <w:r w:rsidR="00424019">
        <w:rPr>
          <w:rFonts w:ascii="Montserrat" w:hAnsi="Montserrat"/>
          <w:b/>
          <w:color w:val="17365D"/>
          <w:sz w:val="21"/>
        </w:rPr>
        <w:t xml:space="preserve">LE </w:t>
      </w:r>
      <w:r w:rsidR="001B3479" w:rsidRPr="00D26C2D">
        <w:rPr>
          <w:rFonts w:ascii="Montserrat" w:hAnsi="Montserrat"/>
          <w:b/>
          <w:color w:val="17365D"/>
          <w:sz w:val="21"/>
        </w:rPr>
        <w:t>TUTEUR DUODAY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5156"/>
        <w:gridCol w:w="5156"/>
      </w:tblGrid>
      <w:tr w:rsidR="001B3479" w:rsidRPr="00D26C2D" w14:paraId="31CFE4C8" w14:textId="77777777" w:rsidTr="005D4994">
        <w:trPr>
          <w:jc w:val="center"/>
        </w:trPr>
        <w:tc>
          <w:tcPr>
            <w:tcW w:w="5156" w:type="dxa"/>
            <w:shd w:val="clear" w:color="auto" w:fill="EAF2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49EF1ED" w14:textId="244BD0A0" w:rsidR="001B3479" w:rsidRPr="00D26C2D" w:rsidRDefault="001B3479" w:rsidP="005D4994">
            <w:pPr>
              <w:rPr>
                <w:rFonts w:ascii="Montserrat" w:hAnsi="Montserrat"/>
                <w:sz w:val="18"/>
                <w:szCs w:val="20"/>
              </w:rPr>
            </w:pPr>
            <w:r w:rsidRPr="00D26C2D">
              <w:rPr>
                <w:rFonts w:ascii="Montserrat" w:hAnsi="Montserrat"/>
                <w:b/>
                <w:color w:val="17365D"/>
                <w:sz w:val="16"/>
                <w:szCs w:val="20"/>
              </w:rPr>
              <w:t xml:space="preserve">Nom </w:t>
            </w:r>
            <w:r>
              <w:rPr>
                <w:rFonts w:ascii="Montserrat" w:hAnsi="Montserrat"/>
                <w:b/>
                <w:color w:val="17365D"/>
                <w:sz w:val="16"/>
                <w:szCs w:val="20"/>
              </w:rPr>
              <w:t>-</w:t>
            </w:r>
            <w:r w:rsidRPr="00D26C2D">
              <w:rPr>
                <w:rFonts w:ascii="Montserrat" w:hAnsi="Montserrat"/>
                <w:b/>
                <w:color w:val="17365D"/>
                <w:sz w:val="16"/>
                <w:szCs w:val="20"/>
              </w:rPr>
              <w:t xml:space="preserve"> prénom</w:t>
            </w:r>
          </w:p>
        </w:tc>
        <w:tc>
          <w:tcPr>
            <w:tcW w:w="515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0839D5F" w14:textId="77777777" w:rsidR="001B3479" w:rsidRDefault="001B3479" w:rsidP="005D4994">
            <w:pPr>
              <w:rPr>
                <w:rFonts w:ascii="Montserrat" w:hAnsi="Montserrat"/>
                <w:sz w:val="18"/>
                <w:szCs w:val="20"/>
              </w:rPr>
            </w:pPr>
          </w:p>
          <w:p w14:paraId="20B3EE76" w14:textId="780FC849" w:rsidR="00FE1C5D" w:rsidRPr="00D26C2D" w:rsidRDefault="00FE1C5D" w:rsidP="005D4994">
            <w:pPr>
              <w:rPr>
                <w:rFonts w:ascii="Montserrat" w:hAnsi="Montserrat"/>
                <w:sz w:val="18"/>
                <w:szCs w:val="20"/>
              </w:rPr>
            </w:pPr>
          </w:p>
        </w:tc>
      </w:tr>
      <w:tr w:rsidR="001B3479" w:rsidRPr="00D26C2D" w14:paraId="444536FA" w14:textId="77777777" w:rsidTr="005D4994">
        <w:trPr>
          <w:jc w:val="center"/>
        </w:trPr>
        <w:tc>
          <w:tcPr>
            <w:tcW w:w="5156" w:type="dxa"/>
            <w:shd w:val="clear" w:color="auto" w:fill="EAF2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F88A42D" w14:textId="3A7B3102" w:rsidR="001B3479" w:rsidRPr="00D26C2D" w:rsidRDefault="001B3479" w:rsidP="005D4994">
            <w:pPr>
              <w:rPr>
                <w:rFonts w:ascii="Montserrat" w:hAnsi="Montserrat"/>
                <w:sz w:val="18"/>
                <w:szCs w:val="20"/>
              </w:rPr>
            </w:pPr>
            <w:r w:rsidRPr="00D26C2D">
              <w:rPr>
                <w:rFonts w:ascii="Montserrat" w:hAnsi="Montserrat"/>
                <w:b/>
                <w:color w:val="17365D"/>
                <w:sz w:val="16"/>
                <w:szCs w:val="20"/>
              </w:rPr>
              <w:t xml:space="preserve">Fonction </w:t>
            </w:r>
          </w:p>
        </w:tc>
        <w:tc>
          <w:tcPr>
            <w:tcW w:w="515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8FF9038" w14:textId="77777777" w:rsidR="001B3479" w:rsidRDefault="001B3479" w:rsidP="005D4994">
            <w:pPr>
              <w:rPr>
                <w:rFonts w:ascii="Montserrat" w:hAnsi="Montserrat"/>
                <w:sz w:val="18"/>
                <w:szCs w:val="20"/>
              </w:rPr>
            </w:pPr>
          </w:p>
          <w:p w14:paraId="080F0BD2" w14:textId="2438FAF0" w:rsidR="00FE1C5D" w:rsidRPr="00D26C2D" w:rsidRDefault="00FE1C5D" w:rsidP="005D4994">
            <w:pPr>
              <w:rPr>
                <w:rFonts w:ascii="Montserrat" w:hAnsi="Montserrat"/>
                <w:sz w:val="18"/>
                <w:szCs w:val="20"/>
              </w:rPr>
            </w:pPr>
          </w:p>
        </w:tc>
      </w:tr>
      <w:tr w:rsidR="001B3479" w:rsidRPr="00D26C2D" w14:paraId="3E13427B" w14:textId="77777777" w:rsidTr="005D4994">
        <w:trPr>
          <w:jc w:val="center"/>
        </w:trPr>
        <w:tc>
          <w:tcPr>
            <w:tcW w:w="5156" w:type="dxa"/>
            <w:shd w:val="clear" w:color="auto" w:fill="EAF2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E5AFDCC" w14:textId="29548B2A" w:rsidR="001B3479" w:rsidRPr="00D26C2D" w:rsidRDefault="001B3479" w:rsidP="005D4994">
            <w:pPr>
              <w:rPr>
                <w:rFonts w:ascii="Montserrat" w:hAnsi="Montserrat"/>
                <w:sz w:val="18"/>
                <w:szCs w:val="20"/>
              </w:rPr>
            </w:pPr>
            <w:r w:rsidRPr="00D26C2D">
              <w:rPr>
                <w:rFonts w:ascii="Montserrat" w:hAnsi="Montserrat"/>
                <w:b/>
                <w:color w:val="17365D"/>
                <w:sz w:val="16"/>
                <w:szCs w:val="20"/>
              </w:rPr>
              <w:t xml:space="preserve">Service </w:t>
            </w:r>
          </w:p>
        </w:tc>
        <w:tc>
          <w:tcPr>
            <w:tcW w:w="515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816E5CF" w14:textId="77777777" w:rsidR="001B3479" w:rsidRDefault="001B3479" w:rsidP="005D4994">
            <w:pPr>
              <w:rPr>
                <w:rFonts w:ascii="Montserrat" w:hAnsi="Montserrat"/>
                <w:sz w:val="18"/>
                <w:szCs w:val="20"/>
              </w:rPr>
            </w:pPr>
          </w:p>
          <w:p w14:paraId="73C740F1" w14:textId="3F4C95AD" w:rsidR="00FE1C5D" w:rsidRPr="00D26C2D" w:rsidRDefault="00FE1C5D" w:rsidP="005D4994">
            <w:pPr>
              <w:rPr>
                <w:rFonts w:ascii="Montserrat" w:hAnsi="Montserrat"/>
                <w:sz w:val="18"/>
                <w:szCs w:val="20"/>
              </w:rPr>
            </w:pPr>
          </w:p>
        </w:tc>
      </w:tr>
      <w:tr w:rsidR="001B3479" w:rsidRPr="00D26C2D" w14:paraId="3DA43874" w14:textId="77777777" w:rsidTr="005D4994">
        <w:trPr>
          <w:jc w:val="center"/>
        </w:trPr>
        <w:tc>
          <w:tcPr>
            <w:tcW w:w="5156" w:type="dxa"/>
            <w:shd w:val="clear" w:color="auto" w:fill="EAF2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3EA35F0" w14:textId="15AA3F32" w:rsidR="001B3479" w:rsidRPr="00D26C2D" w:rsidRDefault="001B3479" w:rsidP="005D4994">
            <w:pPr>
              <w:rPr>
                <w:rFonts w:ascii="Montserrat" w:hAnsi="Montserrat"/>
                <w:sz w:val="18"/>
                <w:szCs w:val="20"/>
              </w:rPr>
            </w:pPr>
            <w:r w:rsidRPr="00D26C2D">
              <w:rPr>
                <w:rFonts w:ascii="Montserrat" w:hAnsi="Montserrat"/>
                <w:b/>
                <w:color w:val="17365D"/>
                <w:sz w:val="16"/>
                <w:szCs w:val="20"/>
              </w:rPr>
              <w:t xml:space="preserve">Pôle </w:t>
            </w:r>
          </w:p>
        </w:tc>
        <w:tc>
          <w:tcPr>
            <w:tcW w:w="515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04D0EDF" w14:textId="77777777" w:rsidR="001B3479" w:rsidRDefault="001B3479" w:rsidP="005D4994">
            <w:pPr>
              <w:rPr>
                <w:rFonts w:ascii="Montserrat" w:hAnsi="Montserrat"/>
                <w:sz w:val="18"/>
                <w:szCs w:val="20"/>
              </w:rPr>
            </w:pPr>
          </w:p>
          <w:p w14:paraId="4B23F614" w14:textId="217B3FD8" w:rsidR="00FE1C5D" w:rsidRPr="00D26C2D" w:rsidRDefault="00FE1C5D" w:rsidP="005D4994">
            <w:pPr>
              <w:rPr>
                <w:rFonts w:ascii="Montserrat" w:hAnsi="Montserrat"/>
                <w:sz w:val="18"/>
                <w:szCs w:val="20"/>
              </w:rPr>
            </w:pPr>
          </w:p>
        </w:tc>
      </w:tr>
      <w:tr w:rsidR="001B3479" w:rsidRPr="00D26C2D" w14:paraId="400E0AC7" w14:textId="77777777" w:rsidTr="005D4994">
        <w:trPr>
          <w:jc w:val="center"/>
        </w:trPr>
        <w:tc>
          <w:tcPr>
            <w:tcW w:w="5156" w:type="dxa"/>
            <w:shd w:val="clear" w:color="auto" w:fill="EAF2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0169627" w14:textId="026F43CB" w:rsidR="001B3479" w:rsidRPr="00D26C2D" w:rsidRDefault="001B3479" w:rsidP="005D4994">
            <w:pPr>
              <w:rPr>
                <w:rFonts w:ascii="Montserrat" w:hAnsi="Montserrat"/>
                <w:sz w:val="18"/>
                <w:szCs w:val="20"/>
              </w:rPr>
            </w:pPr>
            <w:r w:rsidRPr="00D26C2D">
              <w:rPr>
                <w:rFonts w:ascii="Montserrat" w:hAnsi="Montserrat"/>
                <w:b/>
                <w:color w:val="17365D"/>
                <w:sz w:val="16"/>
                <w:szCs w:val="20"/>
              </w:rPr>
              <w:t xml:space="preserve">Téléphone </w:t>
            </w:r>
          </w:p>
        </w:tc>
        <w:tc>
          <w:tcPr>
            <w:tcW w:w="515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8D0A70C" w14:textId="77777777" w:rsidR="001B3479" w:rsidRDefault="001B3479" w:rsidP="005D4994">
            <w:pPr>
              <w:rPr>
                <w:rFonts w:ascii="Montserrat" w:hAnsi="Montserrat"/>
                <w:sz w:val="18"/>
                <w:szCs w:val="20"/>
              </w:rPr>
            </w:pPr>
          </w:p>
          <w:p w14:paraId="5D8B321A" w14:textId="77404CD6" w:rsidR="00FE1C5D" w:rsidRPr="00D26C2D" w:rsidRDefault="00FE1C5D" w:rsidP="005D4994">
            <w:pPr>
              <w:rPr>
                <w:rFonts w:ascii="Montserrat" w:hAnsi="Montserrat"/>
                <w:sz w:val="18"/>
                <w:szCs w:val="20"/>
              </w:rPr>
            </w:pPr>
          </w:p>
        </w:tc>
      </w:tr>
      <w:tr w:rsidR="001B3479" w:rsidRPr="00D26C2D" w14:paraId="6A1EDCA9" w14:textId="77777777" w:rsidTr="005D4994">
        <w:trPr>
          <w:jc w:val="center"/>
        </w:trPr>
        <w:tc>
          <w:tcPr>
            <w:tcW w:w="5156" w:type="dxa"/>
            <w:shd w:val="clear" w:color="auto" w:fill="EAF2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5C04D61" w14:textId="018873AE" w:rsidR="001B3479" w:rsidRPr="00D26C2D" w:rsidRDefault="001B3479" w:rsidP="005D4994">
            <w:pPr>
              <w:rPr>
                <w:rFonts w:ascii="Montserrat" w:hAnsi="Montserrat"/>
                <w:sz w:val="18"/>
                <w:szCs w:val="20"/>
              </w:rPr>
            </w:pPr>
            <w:r w:rsidRPr="00D26C2D">
              <w:rPr>
                <w:rFonts w:ascii="Montserrat" w:hAnsi="Montserrat"/>
                <w:b/>
                <w:color w:val="17365D"/>
                <w:sz w:val="16"/>
                <w:szCs w:val="20"/>
              </w:rPr>
              <w:t xml:space="preserve">Adresse mail </w:t>
            </w:r>
          </w:p>
        </w:tc>
        <w:tc>
          <w:tcPr>
            <w:tcW w:w="515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25B9BE3" w14:textId="77777777" w:rsidR="001B3479" w:rsidRDefault="001B3479" w:rsidP="005D4994">
            <w:pPr>
              <w:rPr>
                <w:rFonts w:ascii="Montserrat" w:hAnsi="Montserrat"/>
                <w:sz w:val="18"/>
                <w:szCs w:val="20"/>
              </w:rPr>
            </w:pPr>
          </w:p>
          <w:p w14:paraId="6D658150" w14:textId="77A57A8E" w:rsidR="00FE1C5D" w:rsidRPr="00D26C2D" w:rsidRDefault="00FE1C5D" w:rsidP="005D4994">
            <w:pPr>
              <w:rPr>
                <w:rFonts w:ascii="Montserrat" w:hAnsi="Montserrat"/>
                <w:sz w:val="18"/>
                <w:szCs w:val="20"/>
              </w:rPr>
            </w:pPr>
          </w:p>
        </w:tc>
      </w:tr>
    </w:tbl>
    <w:p w14:paraId="15DD1503" w14:textId="3D043050" w:rsidR="001B3479" w:rsidRDefault="001B3479" w:rsidP="00E3178E">
      <w:pPr>
        <w:spacing w:after="0"/>
        <w:rPr>
          <w:rFonts w:ascii="Montserrat" w:hAnsi="Montserrat"/>
          <w:b/>
          <w:color w:val="17365D"/>
          <w:sz w:val="21"/>
        </w:rPr>
      </w:pPr>
    </w:p>
    <w:p w14:paraId="71C06A8B" w14:textId="77777777" w:rsidR="001B3479" w:rsidRDefault="001B3479" w:rsidP="00E3178E">
      <w:pPr>
        <w:spacing w:after="0"/>
        <w:rPr>
          <w:rFonts w:ascii="Montserrat" w:hAnsi="Montserrat"/>
          <w:b/>
          <w:color w:val="17365D"/>
          <w:sz w:val="21"/>
        </w:rPr>
      </w:pPr>
    </w:p>
    <w:p w14:paraId="7D176B46" w14:textId="1A2F321B" w:rsidR="00E3178E" w:rsidRPr="00D26C2D" w:rsidRDefault="00D26C2D" w:rsidP="00E3178E">
      <w:pPr>
        <w:spacing w:after="0"/>
        <w:rPr>
          <w:rFonts w:ascii="Montserrat" w:hAnsi="Montserrat"/>
          <w:b/>
          <w:color w:val="17365D"/>
          <w:sz w:val="21"/>
        </w:rPr>
      </w:pPr>
      <w:r>
        <w:rPr>
          <w:rFonts w:ascii="Montserrat" w:hAnsi="Montserrat"/>
          <w:b/>
          <w:color w:val="17365D"/>
          <w:sz w:val="21"/>
        </w:rPr>
        <w:t xml:space="preserve"> </w:t>
      </w:r>
      <w:r w:rsidR="001B3479">
        <w:rPr>
          <w:rFonts w:ascii="Montserrat" w:hAnsi="Montserrat"/>
          <w:b/>
          <w:color w:val="17365D"/>
          <w:sz w:val="21"/>
        </w:rPr>
        <w:t xml:space="preserve">  </w:t>
      </w:r>
      <w:r w:rsidR="00424019">
        <w:rPr>
          <w:rFonts w:ascii="Montserrat" w:hAnsi="Montserrat"/>
          <w:b/>
          <w:color w:val="17365D"/>
          <w:sz w:val="21"/>
        </w:rPr>
        <w:t>L’</w:t>
      </w:r>
      <w:r w:rsidR="00E3178E" w:rsidRPr="00D26C2D">
        <w:rPr>
          <w:rFonts w:ascii="Montserrat" w:hAnsi="Montserrat"/>
          <w:b/>
          <w:color w:val="17365D"/>
          <w:sz w:val="21"/>
        </w:rPr>
        <w:t xml:space="preserve">ACCESSIBILITE DU LIEU D’ACCUEIL 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5156"/>
        <w:gridCol w:w="5199"/>
      </w:tblGrid>
      <w:tr w:rsidR="00BA2544" w:rsidRPr="00D26C2D" w14:paraId="3D68B407" w14:textId="77777777" w:rsidTr="001B3479">
        <w:trPr>
          <w:jc w:val="center"/>
        </w:trPr>
        <w:tc>
          <w:tcPr>
            <w:tcW w:w="5156" w:type="dxa"/>
            <w:shd w:val="clear" w:color="auto" w:fill="EAF2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593E5B9" w14:textId="6C2C5A8A" w:rsidR="00BA2544" w:rsidRPr="00D26C2D" w:rsidRDefault="009B3647" w:rsidP="00E3178E">
            <w:pPr>
              <w:rPr>
                <w:rFonts w:ascii="Montserrat" w:hAnsi="Montserrat"/>
                <w:sz w:val="16"/>
                <w:szCs w:val="20"/>
              </w:rPr>
            </w:pPr>
            <w:r w:rsidRPr="00D26C2D">
              <w:rPr>
                <w:rFonts w:ascii="Montserrat" w:hAnsi="Montserrat"/>
                <w:b/>
                <w:color w:val="17365D"/>
                <w:sz w:val="16"/>
                <w:szCs w:val="20"/>
              </w:rPr>
              <w:t xml:space="preserve">Accessibilité </w:t>
            </w:r>
            <w:r w:rsidR="000F6997">
              <w:rPr>
                <w:rFonts w:ascii="Montserrat" w:hAnsi="Montserrat"/>
                <w:b/>
                <w:color w:val="17365D"/>
                <w:sz w:val="16"/>
                <w:szCs w:val="20"/>
              </w:rPr>
              <w:t xml:space="preserve">: </w:t>
            </w:r>
            <w:r w:rsidRPr="00D26C2D">
              <w:rPr>
                <w:rFonts w:ascii="Montserrat" w:hAnsi="Montserrat"/>
                <w:b/>
                <w:color w:val="17365D"/>
                <w:sz w:val="16"/>
                <w:szCs w:val="20"/>
              </w:rPr>
              <w:t>locaux</w:t>
            </w:r>
            <w:r w:rsidR="000F6997">
              <w:rPr>
                <w:rFonts w:ascii="Montserrat" w:hAnsi="Montserrat"/>
                <w:b/>
                <w:color w:val="17365D"/>
                <w:sz w:val="16"/>
                <w:szCs w:val="20"/>
              </w:rPr>
              <w:t>, sanitaires, restauration…</w:t>
            </w:r>
          </w:p>
        </w:tc>
        <w:tc>
          <w:tcPr>
            <w:tcW w:w="5199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CE4D0B2" w14:textId="77777777" w:rsidR="00BA2544" w:rsidRDefault="00BA2544" w:rsidP="00E3178E">
            <w:pPr>
              <w:rPr>
                <w:rFonts w:ascii="Montserrat" w:hAnsi="Montserrat"/>
              </w:rPr>
            </w:pPr>
          </w:p>
          <w:p w14:paraId="25E0D56E" w14:textId="3BFE7BEC" w:rsidR="00FE1C5D" w:rsidRPr="00D26C2D" w:rsidRDefault="00FE1C5D" w:rsidP="00E3178E">
            <w:pPr>
              <w:rPr>
                <w:rFonts w:ascii="Montserrat" w:hAnsi="Montserrat"/>
              </w:rPr>
            </w:pPr>
          </w:p>
        </w:tc>
      </w:tr>
      <w:tr w:rsidR="00BA2544" w:rsidRPr="00D26C2D" w14:paraId="4A14AC8D" w14:textId="77777777" w:rsidTr="001B3479">
        <w:trPr>
          <w:jc w:val="center"/>
        </w:trPr>
        <w:tc>
          <w:tcPr>
            <w:tcW w:w="5156" w:type="dxa"/>
            <w:shd w:val="clear" w:color="auto" w:fill="EAF2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73EE668" w14:textId="7F735520" w:rsidR="00BA2544" w:rsidRPr="00D26C2D" w:rsidRDefault="000C2901">
            <w:pPr>
              <w:rPr>
                <w:rFonts w:ascii="Montserrat" w:hAnsi="Montserrat"/>
                <w:sz w:val="16"/>
                <w:szCs w:val="20"/>
              </w:rPr>
            </w:pPr>
            <w:r>
              <w:rPr>
                <w:rFonts w:ascii="Montserrat" w:hAnsi="Montserrat"/>
                <w:b/>
                <w:color w:val="17365D"/>
                <w:sz w:val="16"/>
                <w:szCs w:val="20"/>
              </w:rPr>
              <w:t>Autres p</w:t>
            </w:r>
            <w:r w:rsidR="009B3647" w:rsidRPr="00D26C2D">
              <w:rPr>
                <w:rFonts w:ascii="Montserrat" w:hAnsi="Montserrat"/>
                <w:b/>
                <w:color w:val="17365D"/>
                <w:sz w:val="16"/>
                <w:szCs w:val="20"/>
              </w:rPr>
              <w:t xml:space="preserve">récisions </w:t>
            </w:r>
          </w:p>
        </w:tc>
        <w:tc>
          <w:tcPr>
            <w:tcW w:w="5199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A522265" w14:textId="77777777" w:rsidR="00BA2544" w:rsidRDefault="00BA2544">
            <w:pPr>
              <w:rPr>
                <w:rFonts w:ascii="Montserrat" w:hAnsi="Montserrat"/>
              </w:rPr>
            </w:pPr>
          </w:p>
          <w:p w14:paraId="731A1140" w14:textId="4F5B3D79" w:rsidR="00FE1C5D" w:rsidRPr="00D26C2D" w:rsidRDefault="00FE1C5D">
            <w:pPr>
              <w:rPr>
                <w:rFonts w:ascii="Montserrat" w:hAnsi="Montserrat"/>
              </w:rPr>
            </w:pPr>
          </w:p>
        </w:tc>
      </w:tr>
    </w:tbl>
    <w:p w14:paraId="5C66FEB1" w14:textId="442FCD7D" w:rsidR="00BA2544" w:rsidRPr="00D26C2D" w:rsidRDefault="00BA2544">
      <w:pPr>
        <w:spacing w:after="40"/>
        <w:rPr>
          <w:rFonts w:ascii="Montserrat" w:hAnsi="Montserrat"/>
        </w:rPr>
      </w:pPr>
    </w:p>
    <w:p w14:paraId="257BD856" w14:textId="72981A72" w:rsidR="00E3178E" w:rsidRPr="00D26C2D" w:rsidRDefault="00D26C2D" w:rsidP="001B3479">
      <w:pPr>
        <w:spacing w:after="40"/>
        <w:rPr>
          <w:rFonts w:ascii="Montserrat" w:hAnsi="Montserrat"/>
          <w:sz w:val="18"/>
          <w:szCs w:val="20"/>
        </w:rPr>
      </w:pPr>
      <w:r>
        <w:rPr>
          <w:rFonts w:ascii="Montserrat" w:hAnsi="Montserrat"/>
          <w:b/>
          <w:color w:val="17365D"/>
          <w:sz w:val="21"/>
        </w:rPr>
        <w:t xml:space="preserve">   </w:t>
      </w:r>
    </w:p>
    <w:p w14:paraId="388F989F" w14:textId="77777777" w:rsidR="000C2901" w:rsidRDefault="00FE1C5D" w:rsidP="00FE1C5D">
      <w:pPr>
        <w:spacing w:line="240" w:lineRule="auto"/>
        <w:rPr>
          <w:rFonts w:ascii="Montserrat" w:hAnsi="Montserrat"/>
          <w:b/>
          <w:color w:val="17365D"/>
          <w:sz w:val="21"/>
        </w:rPr>
      </w:pPr>
      <w:r>
        <w:rPr>
          <w:rFonts w:ascii="Montserrat" w:hAnsi="Montserrat"/>
        </w:rPr>
        <w:t xml:space="preserve">    </w:t>
      </w:r>
      <w:r w:rsidR="00D26C2D">
        <w:rPr>
          <w:rFonts w:ascii="Montserrat" w:hAnsi="Montserrat"/>
          <w:b/>
          <w:color w:val="17365D"/>
          <w:sz w:val="21"/>
        </w:rPr>
        <w:t xml:space="preserve"> </w:t>
      </w:r>
    </w:p>
    <w:p w14:paraId="4726FB17" w14:textId="0695B6B9" w:rsidR="00E3178E" w:rsidRPr="00FE1C5D" w:rsidRDefault="00E3178E" w:rsidP="00FE1C5D">
      <w:pPr>
        <w:spacing w:line="240" w:lineRule="auto"/>
        <w:rPr>
          <w:rFonts w:ascii="Montserrat" w:hAnsi="Montserrat"/>
        </w:rPr>
      </w:pPr>
      <w:r w:rsidRPr="00D26C2D">
        <w:rPr>
          <w:rFonts w:ascii="Montserrat" w:hAnsi="Montserrat"/>
          <w:b/>
          <w:color w:val="17365D"/>
          <w:sz w:val="21"/>
        </w:rPr>
        <w:lastRenderedPageBreak/>
        <w:t>L</w:t>
      </w:r>
      <w:r w:rsidR="00424019">
        <w:rPr>
          <w:rFonts w:ascii="Montserrat" w:hAnsi="Montserrat"/>
          <w:b/>
          <w:color w:val="17365D"/>
          <w:sz w:val="21"/>
        </w:rPr>
        <w:t>’</w:t>
      </w:r>
      <w:r w:rsidRPr="00D26C2D">
        <w:rPr>
          <w:rFonts w:ascii="Montserrat" w:hAnsi="Montserrat"/>
          <w:b/>
          <w:color w:val="17365D"/>
          <w:sz w:val="21"/>
        </w:rPr>
        <w:t xml:space="preserve">ANNONCE 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5156"/>
        <w:gridCol w:w="5156"/>
      </w:tblGrid>
      <w:tr w:rsidR="0016740D" w:rsidRPr="00D26C2D" w14:paraId="08AD12B2" w14:textId="77777777" w:rsidTr="005D4994">
        <w:trPr>
          <w:jc w:val="center"/>
        </w:trPr>
        <w:tc>
          <w:tcPr>
            <w:tcW w:w="5156" w:type="dxa"/>
            <w:shd w:val="clear" w:color="auto" w:fill="EAF2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3DF419A" w14:textId="56CB1A6B" w:rsidR="0016740D" w:rsidRPr="0016740D" w:rsidRDefault="0016740D" w:rsidP="005D4994">
            <w:pPr>
              <w:rPr>
                <w:rFonts w:ascii="Montserrat" w:hAnsi="Montserrat"/>
                <w:b/>
                <w:color w:val="17365D"/>
                <w:sz w:val="16"/>
                <w:szCs w:val="20"/>
              </w:rPr>
            </w:pPr>
            <w:r w:rsidRPr="0016740D">
              <w:rPr>
                <w:rFonts w:ascii="Montserrat" w:hAnsi="Montserrat"/>
                <w:b/>
                <w:color w:val="17365D"/>
                <w:sz w:val="16"/>
                <w:szCs w:val="20"/>
              </w:rPr>
              <w:t>Intitulé du poste</w:t>
            </w:r>
            <w:r w:rsidR="0021493B">
              <w:rPr>
                <w:rFonts w:ascii="Montserrat" w:hAnsi="Montserrat"/>
                <w:b/>
                <w:color w:val="17365D"/>
                <w:sz w:val="16"/>
                <w:szCs w:val="20"/>
              </w:rPr>
              <w:t xml:space="preserve"> observé</w:t>
            </w:r>
          </w:p>
        </w:tc>
        <w:tc>
          <w:tcPr>
            <w:tcW w:w="515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6E48ACA" w14:textId="77777777" w:rsidR="0016740D" w:rsidRPr="0088148D" w:rsidRDefault="0016740D" w:rsidP="005D4994">
            <w:pPr>
              <w:rPr>
                <w:rFonts w:ascii="Montserrat" w:hAnsi="Montserrat"/>
                <w:b/>
                <w:bCs/>
                <w:sz w:val="18"/>
                <w:szCs w:val="20"/>
              </w:rPr>
            </w:pPr>
          </w:p>
        </w:tc>
      </w:tr>
      <w:tr w:rsidR="0016740D" w:rsidRPr="00D26C2D" w14:paraId="4A607BCC" w14:textId="77777777" w:rsidTr="005D4994">
        <w:trPr>
          <w:jc w:val="center"/>
        </w:trPr>
        <w:tc>
          <w:tcPr>
            <w:tcW w:w="5156" w:type="dxa"/>
            <w:shd w:val="clear" w:color="auto" w:fill="EAF2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2B2E9B0" w14:textId="77777777" w:rsidR="0016740D" w:rsidRPr="0016740D" w:rsidRDefault="0016740D" w:rsidP="005D4994">
            <w:pPr>
              <w:rPr>
                <w:rFonts w:ascii="Montserrat" w:hAnsi="Montserrat"/>
                <w:b/>
                <w:color w:val="17365D"/>
                <w:sz w:val="16"/>
                <w:szCs w:val="20"/>
              </w:rPr>
            </w:pPr>
            <w:r w:rsidRPr="0016740D">
              <w:rPr>
                <w:rFonts w:ascii="Montserrat" w:hAnsi="Montserrat"/>
                <w:b/>
                <w:color w:val="17365D"/>
                <w:sz w:val="16"/>
                <w:szCs w:val="20"/>
              </w:rPr>
              <w:t>Mission(s) principale(s)</w:t>
            </w:r>
          </w:p>
        </w:tc>
        <w:tc>
          <w:tcPr>
            <w:tcW w:w="515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9C1527B" w14:textId="77777777" w:rsidR="0016740D" w:rsidRDefault="0016740D" w:rsidP="005D4994">
            <w:pPr>
              <w:rPr>
                <w:rFonts w:ascii="Montserrat" w:hAnsi="Montserrat"/>
                <w:sz w:val="16"/>
                <w:szCs w:val="20"/>
              </w:rPr>
            </w:pPr>
          </w:p>
          <w:p w14:paraId="5ADD6C36" w14:textId="77777777" w:rsidR="0016740D" w:rsidRDefault="0016740D" w:rsidP="005D4994">
            <w:pPr>
              <w:rPr>
                <w:rFonts w:ascii="Montserrat" w:hAnsi="Montserrat"/>
                <w:sz w:val="16"/>
                <w:szCs w:val="20"/>
              </w:rPr>
            </w:pPr>
          </w:p>
          <w:p w14:paraId="54BBF986" w14:textId="488614EC" w:rsidR="0016740D" w:rsidRPr="00D26C2D" w:rsidRDefault="0016740D" w:rsidP="005D4994">
            <w:pPr>
              <w:rPr>
                <w:rFonts w:ascii="Montserrat" w:hAnsi="Montserrat"/>
                <w:sz w:val="18"/>
                <w:szCs w:val="20"/>
              </w:rPr>
            </w:pPr>
          </w:p>
        </w:tc>
      </w:tr>
      <w:tr w:rsidR="0016740D" w:rsidRPr="00D26C2D" w14:paraId="070396F9" w14:textId="77777777" w:rsidTr="005D4994">
        <w:trPr>
          <w:jc w:val="center"/>
        </w:trPr>
        <w:tc>
          <w:tcPr>
            <w:tcW w:w="5156" w:type="dxa"/>
            <w:shd w:val="clear" w:color="auto" w:fill="EAF2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27A0D15" w14:textId="77777777" w:rsidR="0016740D" w:rsidRPr="00D26C2D" w:rsidRDefault="0016740D" w:rsidP="005D4994">
            <w:pPr>
              <w:rPr>
                <w:rFonts w:ascii="Montserrat" w:hAnsi="Montserrat"/>
                <w:b/>
                <w:color w:val="17365D"/>
                <w:sz w:val="16"/>
                <w:szCs w:val="20"/>
              </w:rPr>
            </w:pPr>
            <w:r>
              <w:rPr>
                <w:rFonts w:ascii="Montserrat" w:hAnsi="Montserrat"/>
                <w:b/>
                <w:color w:val="17365D"/>
                <w:sz w:val="16"/>
                <w:szCs w:val="20"/>
              </w:rPr>
              <w:t>Principales tâches</w:t>
            </w:r>
          </w:p>
        </w:tc>
        <w:tc>
          <w:tcPr>
            <w:tcW w:w="515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5404EB4" w14:textId="77777777" w:rsidR="0016740D" w:rsidRDefault="0016740D" w:rsidP="005D4994">
            <w:pPr>
              <w:rPr>
                <w:rFonts w:ascii="Montserrat" w:hAnsi="Montserrat"/>
                <w:sz w:val="16"/>
                <w:szCs w:val="20"/>
              </w:rPr>
            </w:pPr>
          </w:p>
          <w:p w14:paraId="20F1E024" w14:textId="77777777" w:rsidR="0016740D" w:rsidRDefault="0016740D" w:rsidP="005D4994">
            <w:pPr>
              <w:rPr>
                <w:rFonts w:ascii="Montserrat" w:hAnsi="Montserrat"/>
                <w:sz w:val="16"/>
                <w:szCs w:val="20"/>
              </w:rPr>
            </w:pPr>
          </w:p>
          <w:p w14:paraId="35E313D4" w14:textId="77777777" w:rsidR="0016740D" w:rsidRDefault="0016740D" w:rsidP="005D4994">
            <w:pPr>
              <w:rPr>
                <w:rFonts w:ascii="Montserrat" w:hAnsi="Montserrat"/>
                <w:sz w:val="16"/>
                <w:szCs w:val="20"/>
              </w:rPr>
            </w:pPr>
          </w:p>
          <w:p w14:paraId="3AF4368F" w14:textId="77777777" w:rsidR="0016740D" w:rsidRDefault="0016740D" w:rsidP="005D4994">
            <w:pPr>
              <w:rPr>
                <w:rFonts w:ascii="Montserrat" w:hAnsi="Montserrat"/>
                <w:sz w:val="16"/>
                <w:szCs w:val="20"/>
              </w:rPr>
            </w:pPr>
          </w:p>
          <w:p w14:paraId="6C524D3A" w14:textId="77777777" w:rsidR="0016740D" w:rsidRDefault="0016740D" w:rsidP="005D4994">
            <w:pPr>
              <w:rPr>
                <w:rFonts w:ascii="Montserrat" w:hAnsi="Montserrat"/>
                <w:sz w:val="16"/>
                <w:szCs w:val="20"/>
              </w:rPr>
            </w:pPr>
          </w:p>
          <w:p w14:paraId="689A0082" w14:textId="77777777" w:rsidR="0016740D" w:rsidRDefault="0016740D" w:rsidP="005D4994">
            <w:pPr>
              <w:rPr>
                <w:rFonts w:ascii="Montserrat" w:hAnsi="Montserrat"/>
                <w:sz w:val="16"/>
                <w:szCs w:val="20"/>
              </w:rPr>
            </w:pPr>
          </w:p>
          <w:p w14:paraId="1821FEA6" w14:textId="77777777" w:rsidR="0016740D" w:rsidRDefault="0016740D" w:rsidP="005D4994">
            <w:pPr>
              <w:rPr>
                <w:rFonts w:ascii="Montserrat" w:hAnsi="Montserrat"/>
                <w:sz w:val="16"/>
                <w:szCs w:val="20"/>
              </w:rPr>
            </w:pPr>
          </w:p>
          <w:p w14:paraId="1A3E0F4B" w14:textId="77777777" w:rsidR="0016740D" w:rsidRDefault="0016740D" w:rsidP="005D4994">
            <w:pPr>
              <w:rPr>
                <w:rFonts w:ascii="Montserrat" w:hAnsi="Montserrat"/>
                <w:sz w:val="16"/>
                <w:szCs w:val="20"/>
              </w:rPr>
            </w:pPr>
          </w:p>
          <w:p w14:paraId="21245565" w14:textId="77777777" w:rsidR="0016740D" w:rsidRDefault="0016740D" w:rsidP="005D4994">
            <w:pPr>
              <w:rPr>
                <w:rFonts w:ascii="Montserrat" w:hAnsi="Montserrat"/>
                <w:sz w:val="16"/>
                <w:szCs w:val="20"/>
              </w:rPr>
            </w:pPr>
          </w:p>
          <w:p w14:paraId="596F7BF7" w14:textId="77777777" w:rsidR="0016740D" w:rsidRDefault="0016740D" w:rsidP="005D4994">
            <w:pPr>
              <w:rPr>
                <w:rFonts w:ascii="Montserrat" w:hAnsi="Montserrat"/>
                <w:sz w:val="16"/>
                <w:szCs w:val="20"/>
              </w:rPr>
            </w:pPr>
          </w:p>
          <w:p w14:paraId="4F54E5E0" w14:textId="09ECB885" w:rsidR="0016740D" w:rsidRPr="00D26C2D" w:rsidRDefault="0016740D" w:rsidP="005D4994">
            <w:pPr>
              <w:rPr>
                <w:rFonts w:ascii="Montserrat" w:hAnsi="Montserrat"/>
                <w:sz w:val="16"/>
                <w:szCs w:val="20"/>
              </w:rPr>
            </w:pPr>
          </w:p>
        </w:tc>
      </w:tr>
    </w:tbl>
    <w:p w14:paraId="4A5C77A5" w14:textId="76171E62" w:rsidR="00BA2544" w:rsidRPr="00D26C2D" w:rsidRDefault="00BA2544">
      <w:pPr>
        <w:spacing w:after="40"/>
        <w:rPr>
          <w:rFonts w:ascii="Montserrat" w:hAnsi="Montserrat"/>
          <w:sz w:val="18"/>
          <w:szCs w:val="20"/>
        </w:rPr>
      </w:pPr>
    </w:p>
    <w:p w14:paraId="34BC9C56" w14:textId="77777777" w:rsidR="00FE1C5D" w:rsidRDefault="00D26C2D">
      <w:pPr>
        <w:spacing w:after="40"/>
        <w:rPr>
          <w:rFonts w:ascii="Montserrat" w:hAnsi="Montserrat"/>
          <w:b/>
          <w:color w:val="17365D"/>
          <w:sz w:val="21"/>
        </w:rPr>
      </w:pPr>
      <w:r>
        <w:rPr>
          <w:rFonts w:ascii="Montserrat" w:hAnsi="Montserrat"/>
          <w:b/>
          <w:color w:val="17365D"/>
          <w:sz w:val="21"/>
        </w:rPr>
        <w:t xml:space="preserve">    </w:t>
      </w:r>
    </w:p>
    <w:p w14:paraId="6FF593B4" w14:textId="7CC38CBA" w:rsidR="00E3178E" w:rsidRPr="00D26C2D" w:rsidRDefault="00FE1C5D">
      <w:pPr>
        <w:spacing w:after="40"/>
        <w:rPr>
          <w:rFonts w:ascii="Montserrat" w:hAnsi="Montserrat"/>
          <w:b/>
          <w:color w:val="17365D"/>
          <w:sz w:val="21"/>
        </w:rPr>
      </w:pPr>
      <w:r>
        <w:rPr>
          <w:rFonts w:ascii="Montserrat" w:hAnsi="Montserrat"/>
          <w:b/>
          <w:color w:val="17365D"/>
          <w:sz w:val="21"/>
        </w:rPr>
        <w:t xml:space="preserve">    </w:t>
      </w:r>
      <w:r w:rsidR="00424019">
        <w:rPr>
          <w:rFonts w:ascii="Montserrat" w:hAnsi="Montserrat"/>
          <w:b/>
          <w:color w:val="17365D"/>
          <w:sz w:val="21"/>
        </w:rPr>
        <w:t>L’</w:t>
      </w:r>
      <w:r w:rsidR="00E3178E" w:rsidRPr="00D26C2D">
        <w:rPr>
          <w:rFonts w:ascii="Montserrat" w:hAnsi="Montserrat"/>
          <w:b/>
          <w:color w:val="17365D"/>
          <w:sz w:val="21"/>
        </w:rPr>
        <w:t xml:space="preserve">ORGANISATION 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5156"/>
        <w:gridCol w:w="5156"/>
      </w:tblGrid>
      <w:tr w:rsidR="00BA2544" w:rsidRPr="00D26C2D" w14:paraId="76391245" w14:textId="77777777">
        <w:trPr>
          <w:jc w:val="center"/>
        </w:trPr>
        <w:tc>
          <w:tcPr>
            <w:tcW w:w="5156" w:type="dxa"/>
            <w:shd w:val="clear" w:color="auto" w:fill="EAF2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866C231" w14:textId="77777777" w:rsidR="00BA2544" w:rsidRPr="00D26C2D" w:rsidRDefault="009B3647">
            <w:pPr>
              <w:rPr>
                <w:rFonts w:ascii="Montserrat" w:hAnsi="Montserrat"/>
                <w:sz w:val="18"/>
                <w:szCs w:val="20"/>
              </w:rPr>
            </w:pPr>
            <w:bookmarkStart w:id="0" w:name="_Hlk240959035"/>
            <w:r w:rsidRPr="00D26C2D">
              <w:rPr>
                <w:rFonts w:ascii="Montserrat" w:hAnsi="Montserrat"/>
                <w:b/>
                <w:color w:val="17365D"/>
                <w:sz w:val="16"/>
                <w:szCs w:val="20"/>
              </w:rPr>
              <w:t>Date</w:t>
            </w:r>
          </w:p>
        </w:tc>
        <w:tc>
          <w:tcPr>
            <w:tcW w:w="515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934B60D" w14:textId="77777777" w:rsidR="00BA2544" w:rsidRPr="0088148D" w:rsidRDefault="009B3647">
            <w:pPr>
              <w:rPr>
                <w:rFonts w:ascii="Montserrat" w:hAnsi="Montserrat"/>
                <w:b/>
                <w:bCs/>
                <w:sz w:val="18"/>
                <w:szCs w:val="20"/>
              </w:rPr>
            </w:pPr>
            <w:r w:rsidRPr="0088148D">
              <w:rPr>
                <w:rFonts w:ascii="Montserrat" w:hAnsi="Montserrat"/>
                <w:b/>
                <w:bCs/>
                <w:sz w:val="16"/>
                <w:szCs w:val="20"/>
              </w:rPr>
              <w:t>Jeudi 19 novembre 2026</w:t>
            </w:r>
          </w:p>
        </w:tc>
      </w:tr>
      <w:tr w:rsidR="00BA2544" w:rsidRPr="00D26C2D" w14:paraId="7381A5A3" w14:textId="77777777">
        <w:trPr>
          <w:jc w:val="center"/>
        </w:trPr>
        <w:tc>
          <w:tcPr>
            <w:tcW w:w="5156" w:type="dxa"/>
            <w:shd w:val="clear" w:color="auto" w:fill="EAF2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67EE385" w14:textId="19088570" w:rsidR="00BA2544" w:rsidRPr="00D26C2D" w:rsidRDefault="009B3647">
            <w:pPr>
              <w:rPr>
                <w:rFonts w:ascii="Montserrat" w:hAnsi="Montserrat"/>
                <w:sz w:val="18"/>
                <w:szCs w:val="20"/>
              </w:rPr>
            </w:pPr>
            <w:r w:rsidRPr="00D26C2D">
              <w:rPr>
                <w:rFonts w:ascii="Montserrat" w:hAnsi="Montserrat"/>
                <w:b/>
                <w:color w:val="17365D"/>
                <w:sz w:val="16"/>
                <w:szCs w:val="20"/>
              </w:rPr>
              <w:t xml:space="preserve">Horaires </w:t>
            </w:r>
          </w:p>
        </w:tc>
        <w:tc>
          <w:tcPr>
            <w:tcW w:w="515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CEB21EF" w14:textId="77777777" w:rsidR="00BA2544" w:rsidRPr="00D26C2D" w:rsidRDefault="009B3647">
            <w:pPr>
              <w:rPr>
                <w:rFonts w:ascii="Montserrat" w:hAnsi="Montserrat"/>
                <w:sz w:val="18"/>
                <w:szCs w:val="20"/>
              </w:rPr>
            </w:pPr>
            <w:r w:rsidRPr="00D26C2D">
              <w:rPr>
                <w:rFonts w:ascii="Montserrat" w:hAnsi="Montserrat"/>
                <w:sz w:val="16"/>
                <w:szCs w:val="20"/>
              </w:rPr>
              <w:t>De ............ h ............ à ............ h ............</w:t>
            </w:r>
          </w:p>
        </w:tc>
      </w:tr>
      <w:bookmarkEnd w:id="0"/>
    </w:tbl>
    <w:p w14:paraId="153305A6" w14:textId="3669DC88" w:rsidR="00BA2544" w:rsidRPr="00D26C2D" w:rsidRDefault="00BA2544">
      <w:pPr>
        <w:spacing w:after="40"/>
        <w:rPr>
          <w:rFonts w:ascii="Montserrat" w:hAnsi="Montserrat"/>
          <w:sz w:val="18"/>
          <w:szCs w:val="20"/>
        </w:rPr>
      </w:pPr>
    </w:p>
    <w:p w14:paraId="3D169D88" w14:textId="7A538279" w:rsidR="00BA2544" w:rsidRPr="00D26C2D" w:rsidRDefault="00BA2544">
      <w:pPr>
        <w:spacing w:after="40"/>
        <w:rPr>
          <w:rFonts w:ascii="Montserrat" w:hAnsi="Montserrat"/>
          <w:sz w:val="18"/>
          <w:szCs w:val="20"/>
        </w:rPr>
      </w:pPr>
    </w:p>
    <w:p w14:paraId="4F21EEAA" w14:textId="77777777" w:rsidR="00FE1C5D" w:rsidRDefault="00D26C2D">
      <w:pPr>
        <w:spacing w:after="40"/>
        <w:rPr>
          <w:rFonts w:ascii="Montserrat" w:hAnsi="Montserrat"/>
          <w:b/>
          <w:color w:val="17365D"/>
          <w:sz w:val="21"/>
        </w:rPr>
      </w:pPr>
      <w:r>
        <w:rPr>
          <w:rFonts w:ascii="Montserrat" w:hAnsi="Montserrat"/>
          <w:b/>
          <w:color w:val="17365D"/>
          <w:sz w:val="21"/>
        </w:rPr>
        <w:t xml:space="preserve">    </w:t>
      </w:r>
    </w:p>
    <w:p w14:paraId="70C149E0" w14:textId="2268FA2F" w:rsidR="00E3178E" w:rsidRPr="00D26C2D" w:rsidRDefault="00FE1C5D">
      <w:pPr>
        <w:spacing w:after="40"/>
        <w:rPr>
          <w:rFonts w:ascii="Montserrat" w:hAnsi="Montserrat"/>
        </w:rPr>
      </w:pPr>
      <w:r>
        <w:rPr>
          <w:rFonts w:ascii="Montserrat" w:hAnsi="Montserrat"/>
          <w:b/>
          <w:color w:val="17365D"/>
          <w:sz w:val="21"/>
        </w:rPr>
        <w:t xml:space="preserve">    </w:t>
      </w:r>
      <w:r w:rsidR="00E3178E" w:rsidRPr="00D26C2D">
        <w:rPr>
          <w:rFonts w:ascii="Montserrat" w:hAnsi="Montserrat"/>
          <w:b/>
          <w:color w:val="17365D"/>
          <w:sz w:val="21"/>
        </w:rPr>
        <w:t>VALIDATION ET TRANSMISSION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5156"/>
        <w:gridCol w:w="5156"/>
      </w:tblGrid>
      <w:tr w:rsidR="00BA2544" w:rsidRPr="00D26C2D" w14:paraId="7DC660BF" w14:textId="77777777">
        <w:trPr>
          <w:jc w:val="center"/>
        </w:trPr>
        <w:tc>
          <w:tcPr>
            <w:tcW w:w="5156" w:type="dxa"/>
            <w:shd w:val="clear" w:color="auto" w:fill="EAF2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7A63017" w14:textId="77777777" w:rsidR="00BA2544" w:rsidRPr="00D26C2D" w:rsidRDefault="009B3647">
            <w:pPr>
              <w:rPr>
                <w:rFonts w:ascii="Montserrat" w:hAnsi="Montserrat"/>
                <w:sz w:val="16"/>
                <w:szCs w:val="20"/>
              </w:rPr>
            </w:pPr>
            <w:r w:rsidRPr="00D26C2D">
              <w:rPr>
                <w:rFonts w:ascii="Montserrat" w:hAnsi="Montserrat"/>
                <w:b/>
                <w:color w:val="17365D"/>
                <w:sz w:val="16"/>
                <w:szCs w:val="20"/>
              </w:rPr>
              <w:t>Nom et prénom du responsable / cadre</w:t>
            </w:r>
          </w:p>
        </w:tc>
        <w:tc>
          <w:tcPr>
            <w:tcW w:w="515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D8FB959" w14:textId="52D20B19" w:rsidR="00BA2544" w:rsidRPr="00D26C2D" w:rsidRDefault="00BA2544">
            <w:pPr>
              <w:rPr>
                <w:rFonts w:ascii="Montserrat" w:hAnsi="Montserrat"/>
                <w:sz w:val="16"/>
                <w:szCs w:val="20"/>
              </w:rPr>
            </w:pPr>
          </w:p>
        </w:tc>
      </w:tr>
      <w:tr w:rsidR="00BA2544" w:rsidRPr="00D26C2D" w14:paraId="7AC7F95D" w14:textId="77777777">
        <w:trPr>
          <w:jc w:val="center"/>
        </w:trPr>
        <w:tc>
          <w:tcPr>
            <w:tcW w:w="5156" w:type="dxa"/>
            <w:shd w:val="clear" w:color="auto" w:fill="EAF2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E7A8249" w14:textId="77777777" w:rsidR="00BA2544" w:rsidRPr="00D26C2D" w:rsidRDefault="009B3647">
            <w:pPr>
              <w:rPr>
                <w:rFonts w:ascii="Montserrat" w:hAnsi="Montserrat"/>
                <w:sz w:val="16"/>
                <w:szCs w:val="20"/>
              </w:rPr>
            </w:pPr>
            <w:r w:rsidRPr="00D26C2D">
              <w:rPr>
                <w:rFonts w:ascii="Montserrat" w:hAnsi="Montserrat"/>
                <w:b/>
                <w:color w:val="17365D"/>
                <w:sz w:val="16"/>
                <w:szCs w:val="20"/>
              </w:rPr>
              <w:t>Fonction</w:t>
            </w:r>
          </w:p>
        </w:tc>
        <w:tc>
          <w:tcPr>
            <w:tcW w:w="515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CE510F1" w14:textId="343011A6" w:rsidR="00BA2544" w:rsidRPr="00D26C2D" w:rsidRDefault="00BA2544">
            <w:pPr>
              <w:rPr>
                <w:rFonts w:ascii="Montserrat" w:hAnsi="Montserrat"/>
                <w:sz w:val="16"/>
                <w:szCs w:val="20"/>
              </w:rPr>
            </w:pPr>
          </w:p>
        </w:tc>
      </w:tr>
      <w:tr w:rsidR="00BA2544" w:rsidRPr="00D26C2D" w14:paraId="4BAAEB73" w14:textId="77777777">
        <w:trPr>
          <w:jc w:val="center"/>
        </w:trPr>
        <w:tc>
          <w:tcPr>
            <w:tcW w:w="5156" w:type="dxa"/>
            <w:shd w:val="clear" w:color="auto" w:fill="EAF2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4B662E3" w14:textId="77777777" w:rsidR="00BA2544" w:rsidRPr="00D26C2D" w:rsidRDefault="009B3647">
            <w:pPr>
              <w:rPr>
                <w:rFonts w:ascii="Montserrat" w:hAnsi="Montserrat"/>
                <w:sz w:val="16"/>
                <w:szCs w:val="20"/>
              </w:rPr>
            </w:pPr>
            <w:r w:rsidRPr="00D26C2D">
              <w:rPr>
                <w:rFonts w:ascii="Montserrat" w:hAnsi="Montserrat"/>
                <w:b/>
                <w:color w:val="17365D"/>
                <w:sz w:val="16"/>
                <w:szCs w:val="20"/>
              </w:rPr>
              <w:t>Date</w:t>
            </w:r>
          </w:p>
        </w:tc>
        <w:tc>
          <w:tcPr>
            <w:tcW w:w="515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3FC9347" w14:textId="7F6395A4" w:rsidR="00BA2544" w:rsidRPr="00D26C2D" w:rsidRDefault="00BA2544">
            <w:pPr>
              <w:rPr>
                <w:rFonts w:ascii="Montserrat" w:hAnsi="Montserrat"/>
                <w:sz w:val="16"/>
                <w:szCs w:val="20"/>
              </w:rPr>
            </w:pPr>
          </w:p>
        </w:tc>
      </w:tr>
      <w:tr w:rsidR="00BA2544" w:rsidRPr="00D26C2D" w14:paraId="09D14A20" w14:textId="77777777">
        <w:trPr>
          <w:jc w:val="center"/>
        </w:trPr>
        <w:tc>
          <w:tcPr>
            <w:tcW w:w="5156" w:type="dxa"/>
            <w:shd w:val="clear" w:color="auto" w:fill="EAF2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942B389" w14:textId="77777777" w:rsidR="00BA2544" w:rsidRPr="00D26C2D" w:rsidRDefault="009B3647">
            <w:pPr>
              <w:rPr>
                <w:rFonts w:ascii="Montserrat" w:hAnsi="Montserrat"/>
                <w:sz w:val="16"/>
                <w:szCs w:val="20"/>
              </w:rPr>
            </w:pPr>
            <w:r w:rsidRPr="00D26C2D">
              <w:rPr>
                <w:rFonts w:ascii="Montserrat" w:hAnsi="Montserrat"/>
                <w:b/>
                <w:color w:val="17365D"/>
                <w:sz w:val="16"/>
                <w:szCs w:val="20"/>
              </w:rPr>
              <w:t>Observations éventuelles</w:t>
            </w:r>
          </w:p>
        </w:tc>
        <w:tc>
          <w:tcPr>
            <w:tcW w:w="515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EEE5F78" w14:textId="1011204C" w:rsidR="00BA2544" w:rsidRPr="00D26C2D" w:rsidRDefault="00BA2544">
            <w:pPr>
              <w:rPr>
                <w:rFonts w:ascii="Montserrat" w:hAnsi="Montserrat"/>
                <w:sz w:val="16"/>
                <w:szCs w:val="20"/>
              </w:rPr>
            </w:pPr>
          </w:p>
        </w:tc>
      </w:tr>
      <w:tr w:rsidR="000C2901" w:rsidRPr="00D26C2D" w14:paraId="5E9CE3A7" w14:textId="77777777">
        <w:trPr>
          <w:jc w:val="center"/>
        </w:trPr>
        <w:tc>
          <w:tcPr>
            <w:tcW w:w="5156" w:type="dxa"/>
            <w:shd w:val="clear" w:color="auto" w:fill="EAF2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1979F2C" w14:textId="77777777" w:rsidR="000C2901" w:rsidRDefault="000C2901">
            <w:pPr>
              <w:rPr>
                <w:rFonts w:ascii="Montserrat" w:hAnsi="Montserrat"/>
                <w:b/>
                <w:color w:val="17365D"/>
                <w:sz w:val="16"/>
                <w:szCs w:val="20"/>
              </w:rPr>
            </w:pPr>
            <w:r>
              <w:rPr>
                <w:rFonts w:ascii="Montserrat" w:hAnsi="Montserrat"/>
                <w:b/>
                <w:color w:val="17365D"/>
                <w:sz w:val="16"/>
                <w:szCs w:val="20"/>
              </w:rPr>
              <w:t>Signature</w:t>
            </w:r>
          </w:p>
          <w:p w14:paraId="6499BE06" w14:textId="77777777" w:rsidR="000C2901" w:rsidRDefault="000C2901">
            <w:pPr>
              <w:rPr>
                <w:rFonts w:ascii="Montserrat" w:hAnsi="Montserrat"/>
                <w:b/>
                <w:color w:val="17365D"/>
                <w:sz w:val="16"/>
                <w:szCs w:val="20"/>
              </w:rPr>
            </w:pPr>
          </w:p>
          <w:p w14:paraId="7D02EECE" w14:textId="70C22F33" w:rsidR="000C2901" w:rsidRPr="00D26C2D" w:rsidRDefault="000C2901">
            <w:pPr>
              <w:rPr>
                <w:rFonts w:ascii="Montserrat" w:hAnsi="Montserrat"/>
                <w:b/>
                <w:color w:val="17365D"/>
                <w:sz w:val="16"/>
                <w:szCs w:val="20"/>
              </w:rPr>
            </w:pPr>
          </w:p>
        </w:tc>
        <w:tc>
          <w:tcPr>
            <w:tcW w:w="515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4904B12" w14:textId="77777777" w:rsidR="000C2901" w:rsidRPr="00D26C2D" w:rsidRDefault="000C2901">
            <w:pPr>
              <w:rPr>
                <w:rFonts w:ascii="Montserrat" w:hAnsi="Montserrat"/>
                <w:sz w:val="16"/>
                <w:szCs w:val="20"/>
              </w:rPr>
            </w:pPr>
          </w:p>
        </w:tc>
      </w:tr>
    </w:tbl>
    <w:p w14:paraId="1746DE53" w14:textId="77777777" w:rsidR="00D26C2D" w:rsidRDefault="00D26C2D" w:rsidP="00D26C2D">
      <w:pPr>
        <w:spacing w:after="0"/>
        <w:rPr>
          <w:rFonts w:ascii="Montserrat" w:hAnsi="Montserrat"/>
          <w:b/>
          <w:color w:val="17365D"/>
        </w:rPr>
      </w:pPr>
    </w:p>
    <w:p w14:paraId="5A174AD4" w14:textId="77777777" w:rsidR="00424019" w:rsidRDefault="00424019" w:rsidP="00D26C2D">
      <w:pPr>
        <w:spacing w:after="0"/>
        <w:rPr>
          <w:rFonts w:ascii="Montserrat" w:hAnsi="Montserrat"/>
          <w:b/>
          <w:color w:val="17365D"/>
        </w:rPr>
      </w:pPr>
    </w:p>
    <w:p w14:paraId="6F03CEE7" w14:textId="77777777" w:rsidR="00FE1C5D" w:rsidRDefault="00FE1C5D" w:rsidP="00D26C2D">
      <w:pPr>
        <w:spacing w:after="0"/>
        <w:rPr>
          <w:rFonts w:ascii="Montserrat" w:hAnsi="Montserrat"/>
          <w:b/>
          <w:color w:val="17365D"/>
        </w:rPr>
      </w:pPr>
    </w:p>
    <w:p w14:paraId="36C527F1" w14:textId="77777777" w:rsidR="00FE1C5D" w:rsidRDefault="00FE1C5D" w:rsidP="00D26C2D">
      <w:pPr>
        <w:spacing w:after="0"/>
        <w:rPr>
          <w:rFonts w:ascii="Montserrat" w:hAnsi="Montserrat"/>
          <w:b/>
          <w:color w:val="17365D"/>
        </w:rPr>
      </w:pPr>
    </w:p>
    <w:p w14:paraId="3B5D54D2" w14:textId="00256CA2" w:rsidR="00424019" w:rsidRDefault="009B3647" w:rsidP="00D26C2D">
      <w:pPr>
        <w:spacing w:after="0"/>
        <w:rPr>
          <w:rFonts w:ascii="Montserrat" w:hAnsi="Montserrat"/>
          <w:b/>
          <w:color w:val="17365D"/>
        </w:rPr>
      </w:pPr>
      <w:r w:rsidRPr="00D26C2D">
        <w:rPr>
          <w:rFonts w:ascii="Montserrat" w:hAnsi="Montserrat"/>
          <w:b/>
          <w:color w:val="17365D"/>
        </w:rPr>
        <w:t>À retourner à la Cellule Handicap et maintien dans l’emploi – AP-HM</w:t>
      </w:r>
    </w:p>
    <w:p w14:paraId="41993700" w14:textId="2EBFC366" w:rsidR="00424019" w:rsidRDefault="00424019" w:rsidP="00D26C2D">
      <w:pPr>
        <w:spacing w:after="0"/>
        <w:rPr>
          <w:rFonts w:ascii="Montserrat" w:hAnsi="Montserrat"/>
        </w:rPr>
      </w:pPr>
      <w:r w:rsidRPr="00424019">
        <w:rPr>
          <w:rFonts w:ascii="Montserrat" w:hAnsi="Montserrat"/>
          <w:b/>
          <w:color w:val="FF0000"/>
        </w:rPr>
        <w:t xml:space="preserve">AVANT LE </w:t>
      </w:r>
      <w:r w:rsidR="00AE2D04">
        <w:rPr>
          <w:rFonts w:ascii="Montserrat" w:hAnsi="Montserrat"/>
          <w:b/>
          <w:color w:val="FF0000"/>
        </w:rPr>
        <w:t>07</w:t>
      </w:r>
      <w:r w:rsidRPr="00424019">
        <w:rPr>
          <w:rFonts w:ascii="Montserrat" w:hAnsi="Montserrat"/>
          <w:b/>
          <w:color w:val="FF0000"/>
        </w:rPr>
        <w:t>/</w:t>
      </w:r>
      <w:r w:rsidR="00AE2D04">
        <w:rPr>
          <w:rFonts w:ascii="Montserrat" w:hAnsi="Montserrat"/>
          <w:b/>
          <w:color w:val="FF0000"/>
        </w:rPr>
        <w:t>10</w:t>
      </w:r>
      <w:r w:rsidRPr="00424019">
        <w:rPr>
          <w:rFonts w:ascii="Montserrat" w:hAnsi="Montserrat"/>
          <w:b/>
          <w:color w:val="FF0000"/>
        </w:rPr>
        <w:t>/2026</w:t>
      </w:r>
    </w:p>
    <w:p w14:paraId="3D1564B3" w14:textId="4A9E9A7B" w:rsidR="00BA2544" w:rsidRPr="00D26C2D" w:rsidRDefault="009B3647" w:rsidP="00D26C2D">
      <w:pPr>
        <w:spacing w:after="0"/>
        <w:rPr>
          <w:rFonts w:ascii="Montserrat" w:hAnsi="Montserrat"/>
        </w:rPr>
      </w:pPr>
      <w:r w:rsidRPr="00D26C2D">
        <w:rPr>
          <w:rFonts w:ascii="Montserrat" w:hAnsi="Montserrat"/>
        </w:rPr>
        <w:br/>
        <w:t>Référentes handicap et maintien dans l’emploi</w:t>
      </w:r>
      <w:r w:rsidR="00D26C2D">
        <w:rPr>
          <w:rFonts w:ascii="Montserrat" w:hAnsi="Montserrat"/>
        </w:rPr>
        <w:t xml:space="preserve"> </w:t>
      </w:r>
      <w:r w:rsidRPr="00D26C2D">
        <w:rPr>
          <w:rFonts w:ascii="Montserrat" w:hAnsi="Montserrat"/>
        </w:rPr>
        <w:t>: Anaïs SALMON et Aurélia THIBAUD</w:t>
      </w:r>
    </w:p>
    <w:p w14:paraId="78C4EDE8" w14:textId="36C99A16" w:rsidR="00BA2544" w:rsidRDefault="009B3647" w:rsidP="00D26C2D">
      <w:pPr>
        <w:spacing w:after="0"/>
        <w:rPr>
          <w:rFonts w:ascii="Montserrat" w:hAnsi="Montserrat"/>
        </w:rPr>
      </w:pPr>
      <w:r w:rsidRPr="00D26C2D">
        <w:rPr>
          <w:rFonts w:ascii="Montserrat" w:hAnsi="Montserrat"/>
        </w:rPr>
        <w:t xml:space="preserve">Adresse mail : </w:t>
      </w:r>
      <w:hyperlink r:id="rId9" w:history="1">
        <w:r w:rsidR="00D26C2D" w:rsidRPr="003A45BA">
          <w:rPr>
            <w:rStyle w:val="Lienhypertexte"/>
            <w:rFonts w:ascii="Montserrat" w:hAnsi="Montserrat"/>
          </w:rPr>
          <w:t>referent.handicap@ap-hm.fr</w:t>
        </w:r>
      </w:hyperlink>
      <w:r w:rsidR="00D26C2D">
        <w:rPr>
          <w:rFonts w:ascii="Montserrat" w:hAnsi="Montserrat"/>
        </w:rPr>
        <w:t xml:space="preserve"> </w:t>
      </w:r>
    </w:p>
    <w:p w14:paraId="6F291BA6" w14:textId="1716B175" w:rsidR="00FE1C5D" w:rsidRDefault="00FE1C5D" w:rsidP="00D26C2D">
      <w:pPr>
        <w:spacing w:after="0"/>
        <w:rPr>
          <w:rFonts w:ascii="Montserrat" w:hAnsi="Montserrat"/>
        </w:rPr>
      </w:pPr>
    </w:p>
    <w:p w14:paraId="5CA29C9C" w14:textId="77777777" w:rsidR="00FE1C5D" w:rsidRPr="00D26C2D" w:rsidRDefault="00FE1C5D" w:rsidP="00D26C2D">
      <w:pPr>
        <w:spacing w:after="0"/>
        <w:rPr>
          <w:rFonts w:ascii="Montserrat" w:hAnsi="Montserrat"/>
        </w:rPr>
      </w:pPr>
    </w:p>
    <w:sectPr w:rsidR="00FE1C5D" w:rsidRPr="00D26C2D" w:rsidSect="00D26C2D">
      <w:footerReference w:type="default" r:id="rId10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0FACED" w14:textId="77777777" w:rsidR="00521336" w:rsidRDefault="00521336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453F905A" w14:textId="77777777" w:rsidR="00521336" w:rsidRDefault="00521336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ptos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550117" w14:textId="77777777" w:rsidR="00BA2544" w:rsidRDefault="009B3647">
    <w:pPr>
      <w:pStyle w:val="Pieddepage"/>
      <w:jc w:val="center"/>
      <w:rPr>
        <w:rFonts w:hint="eastAsia"/>
      </w:rPr>
    </w:pPr>
    <w:r>
      <w:rPr>
        <w:color w:val="666666"/>
        <w:sz w:val="16"/>
      </w:rPr>
      <w:t>AP-HM • Cellule Handicap et maintien dans l’emploi • DuoDay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70A8C3" w14:textId="77777777" w:rsidR="00521336" w:rsidRDefault="00521336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337AC3B0" w14:textId="77777777" w:rsidR="00521336" w:rsidRDefault="00521336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C2901"/>
    <w:rsid w:val="000F6997"/>
    <w:rsid w:val="00147FB4"/>
    <w:rsid w:val="0015074B"/>
    <w:rsid w:val="0016740D"/>
    <w:rsid w:val="001B3479"/>
    <w:rsid w:val="0021493B"/>
    <w:rsid w:val="0029639D"/>
    <w:rsid w:val="00326F90"/>
    <w:rsid w:val="00424019"/>
    <w:rsid w:val="00510A0B"/>
    <w:rsid w:val="00521336"/>
    <w:rsid w:val="0088148D"/>
    <w:rsid w:val="009B3647"/>
    <w:rsid w:val="009C452C"/>
    <w:rsid w:val="00AA1D8D"/>
    <w:rsid w:val="00AE2D04"/>
    <w:rsid w:val="00B47730"/>
    <w:rsid w:val="00BA2544"/>
    <w:rsid w:val="00CB0664"/>
    <w:rsid w:val="00D26C2D"/>
    <w:rsid w:val="00E3178E"/>
    <w:rsid w:val="00FC693F"/>
    <w:rsid w:val="00FE1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9EBCAEC"/>
  <w14:defaultImageDpi w14:val="300"/>
  <w15:docId w15:val="{51799B28-A54F-4B35-B91B-10924F02B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color w:val="333333"/>
      <w:sz w:val="19"/>
    </w:rPr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7365D"/>
      <w:sz w:val="26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F75B5"/>
      <w:sz w:val="21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/>
      <w:spacing w:val="5"/>
      <w:kern w:val="28"/>
      <w:sz w:val="40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Lienhypertexte">
    <w:name w:val="Hyperlink"/>
    <w:basedOn w:val="Policepardfaut"/>
    <w:uiPriority w:val="99"/>
    <w:unhideWhenUsed/>
    <w:rsid w:val="00D26C2D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D26C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eferent.handicap@ap-hm.f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180</Words>
  <Characters>990</Characters>
  <Application>Microsoft Office Word</Application>
  <DocSecurity>4</DocSecurity>
  <Lines>8</Lines>
  <Paragraphs>2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1168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SAINT-HUBERT Sandrine</cp:lastModifiedBy>
  <cp:revision>2</cp:revision>
  <cp:lastPrinted>2026-09-11T14:51:00Z</cp:lastPrinted>
  <dcterms:created xsi:type="dcterms:W3CDTF">2026-09-23T07:26:00Z</dcterms:created>
  <dcterms:modified xsi:type="dcterms:W3CDTF">2026-09-23T07:26:00Z</dcterms:modified>
  <cp:category/>
</cp:coreProperties>
</file>